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80F2E" w14:textId="7CD01EC7" w:rsidR="00B85B06" w:rsidRDefault="00C939F2" w:rsidP="000D3D58">
      <w:pPr>
        <w:jc w:val="center"/>
      </w:pPr>
      <w:r w:rsidRPr="00C939F2">
        <w:t>Job Description</w:t>
      </w:r>
    </w:p>
    <w:p w14:paraId="36D40589" w14:textId="4B829013" w:rsidR="00086A24" w:rsidRPr="001C64FC" w:rsidRDefault="00B85B06">
      <w:pPr>
        <w:rPr>
          <w:b/>
          <w:bCs/>
        </w:rPr>
      </w:pPr>
      <w:r w:rsidRPr="001C64FC">
        <w:rPr>
          <w:b/>
          <w:bCs/>
        </w:rPr>
        <w:t>Job Title: Provider</w:t>
      </w:r>
      <w:r w:rsidR="00C939F2" w:rsidRPr="001C64FC">
        <w:rPr>
          <w:b/>
          <w:bCs/>
        </w:rPr>
        <w:t xml:space="preserve"> Engagement &amp; Support Specialist</w:t>
      </w:r>
    </w:p>
    <w:p w14:paraId="7EE529B0" w14:textId="77777777" w:rsidR="00086A24" w:rsidRPr="001C64FC" w:rsidRDefault="00960391">
      <w:pPr>
        <w:rPr>
          <w:b/>
          <w:bCs/>
        </w:rPr>
      </w:pPr>
      <w:r w:rsidRPr="001C64FC">
        <w:rPr>
          <w:b/>
          <w:bCs/>
        </w:rPr>
        <w:t>Department: Child Care Resource and Referral</w:t>
      </w:r>
    </w:p>
    <w:p w14:paraId="387D4BBC" w14:textId="77777777" w:rsidR="00086A24" w:rsidRPr="001C64FC" w:rsidRDefault="00960391">
      <w:pPr>
        <w:rPr>
          <w:b/>
          <w:bCs/>
        </w:rPr>
      </w:pPr>
      <w:r w:rsidRPr="001C64FC">
        <w:rPr>
          <w:b/>
          <w:bCs/>
        </w:rPr>
        <w:t>Reports To: Program Director</w:t>
      </w:r>
    </w:p>
    <w:p w14:paraId="39CF3C72" w14:textId="77777777" w:rsidR="00086A24" w:rsidRPr="001C64FC" w:rsidRDefault="00960391">
      <w:pPr>
        <w:rPr>
          <w:b/>
          <w:bCs/>
        </w:rPr>
      </w:pPr>
      <w:r w:rsidRPr="001C64FC">
        <w:rPr>
          <w:b/>
          <w:bCs/>
        </w:rPr>
        <w:t>FLSA Status: Non-Exempt</w:t>
      </w:r>
    </w:p>
    <w:p w14:paraId="5E4EB063" w14:textId="77777777" w:rsidR="00086A24" w:rsidRPr="001C64FC" w:rsidRDefault="00960391">
      <w:pPr>
        <w:rPr>
          <w:b/>
          <w:bCs/>
        </w:rPr>
      </w:pPr>
      <w:r w:rsidRPr="001C64FC">
        <w:rPr>
          <w:b/>
          <w:bCs/>
        </w:rPr>
        <w:t>OSHA Category: Category 3</w:t>
      </w:r>
    </w:p>
    <w:p w14:paraId="2B785943" w14:textId="4CE9499A" w:rsidR="00086A24" w:rsidRPr="00D37BB6" w:rsidRDefault="00960391">
      <w:r w:rsidRPr="001C64FC">
        <w:rPr>
          <w:b/>
          <w:bCs/>
        </w:rPr>
        <w:t>Summary:</w:t>
      </w:r>
      <w:r w:rsidR="001C64FC">
        <w:t xml:space="preserve"> </w:t>
      </w:r>
      <w:r>
        <w:t>Responsible for engaging and supporting child care providers through recruitment, onboarding, training, and ongoing technical assistance. This role combines provider engagement, support services, WV CARES and WV STARS coordination, and community outreach to enhance provider quality, retention, and compliance.</w:t>
      </w:r>
    </w:p>
    <w:p w14:paraId="430526BF" w14:textId="77777777" w:rsidR="00086A24" w:rsidRPr="001C64FC" w:rsidRDefault="00960391">
      <w:pPr>
        <w:rPr>
          <w:b/>
          <w:bCs/>
        </w:rPr>
      </w:pPr>
      <w:r w:rsidRPr="001C64FC">
        <w:rPr>
          <w:b/>
          <w:bCs/>
        </w:rPr>
        <w:t>Essential Duties and Responsibilities:</w:t>
      </w:r>
    </w:p>
    <w:p w14:paraId="37AC4B33" w14:textId="526E081D" w:rsidR="00086A24" w:rsidRDefault="00960391" w:rsidP="00D37BB6">
      <w:pPr>
        <w:pStyle w:val="ListParagraph"/>
        <w:numPr>
          <w:ilvl w:val="0"/>
          <w:numId w:val="13"/>
        </w:numPr>
      </w:pPr>
      <w:r>
        <w:t>Engage child care providers through support groups, networking, and relationship-building activities.</w:t>
      </w:r>
    </w:p>
    <w:p w14:paraId="67CDA6E3" w14:textId="36CD5A9C" w:rsidR="00086A24" w:rsidRDefault="00960391" w:rsidP="00D37BB6">
      <w:pPr>
        <w:pStyle w:val="ListParagraph"/>
        <w:numPr>
          <w:ilvl w:val="0"/>
          <w:numId w:val="13"/>
        </w:numPr>
      </w:pPr>
      <w:r>
        <w:t xml:space="preserve">Plan and facilitate round table discussions and provider </w:t>
      </w:r>
      <w:r w:rsidR="00041C73">
        <w:t>training</w:t>
      </w:r>
      <w:r>
        <w:t>.</w:t>
      </w:r>
    </w:p>
    <w:p w14:paraId="5788379E" w14:textId="20B479D9" w:rsidR="00086A24" w:rsidRDefault="00960391" w:rsidP="00D37BB6">
      <w:pPr>
        <w:pStyle w:val="ListParagraph"/>
        <w:numPr>
          <w:ilvl w:val="0"/>
          <w:numId w:val="13"/>
        </w:numPr>
      </w:pPr>
      <w:r>
        <w:t>Assist in provider recruitment, enrollment, onboarding, and retention efforts.</w:t>
      </w:r>
    </w:p>
    <w:p w14:paraId="1FCA8A7B" w14:textId="7CBFF054" w:rsidR="00086A24" w:rsidRDefault="00960391" w:rsidP="00D37BB6">
      <w:pPr>
        <w:pStyle w:val="ListParagraph"/>
        <w:numPr>
          <w:ilvl w:val="0"/>
          <w:numId w:val="13"/>
        </w:numPr>
      </w:pPr>
      <w:r>
        <w:t>Provide technical assistance and support for the WV CARES process.</w:t>
      </w:r>
    </w:p>
    <w:p w14:paraId="382F619B" w14:textId="0F0517E1" w:rsidR="00086A24" w:rsidRDefault="00960391" w:rsidP="00D37BB6">
      <w:pPr>
        <w:pStyle w:val="ListParagraph"/>
        <w:numPr>
          <w:ilvl w:val="0"/>
          <w:numId w:val="13"/>
        </w:numPr>
      </w:pPr>
      <w:r>
        <w:t>Assist with and support WV STARS registration and ongoing participation.</w:t>
      </w:r>
    </w:p>
    <w:p w14:paraId="0CC057BF" w14:textId="08976224" w:rsidR="00086A24" w:rsidRDefault="00960391" w:rsidP="00D37BB6">
      <w:pPr>
        <w:pStyle w:val="ListParagraph"/>
        <w:numPr>
          <w:ilvl w:val="0"/>
          <w:numId w:val="13"/>
        </w:numPr>
      </w:pPr>
      <w:r>
        <w:t>Conduct provider orientations and payment training sessions.</w:t>
      </w:r>
    </w:p>
    <w:p w14:paraId="49F2E518" w14:textId="7CB9764A" w:rsidR="00086A24" w:rsidRDefault="00960391" w:rsidP="00D37BB6">
      <w:pPr>
        <w:pStyle w:val="ListParagraph"/>
        <w:numPr>
          <w:ilvl w:val="0"/>
          <w:numId w:val="13"/>
        </w:numPr>
      </w:pPr>
      <w:r>
        <w:t>Coordinate and support provider enrollment processes.</w:t>
      </w:r>
    </w:p>
    <w:p w14:paraId="064BB818" w14:textId="4BA54599" w:rsidR="00086A24" w:rsidRDefault="00960391" w:rsidP="00D37BB6">
      <w:pPr>
        <w:pStyle w:val="ListParagraph"/>
        <w:numPr>
          <w:ilvl w:val="0"/>
          <w:numId w:val="13"/>
        </w:numPr>
      </w:pPr>
      <w:r>
        <w:t>Respond to provider inquiries including payments, returned checks, and processes.</w:t>
      </w:r>
    </w:p>
    <w:p w14:paraId="45A5FE87" w14:textId="54AD98FA" w:rsidR="00FB48E6" w:rsidRDefault="00DB50A8" w:rsidP="00D37BB6">
      <w:pPr>
        <w:pStyle w:val="ListParagraph"/>
        <w:numPr>
          <w:ilvl w:val="0"/>
          <w:numId w:val="13"/>
        </w:numPr>
      </w:pPr>
      <w:r w:rsidRPr="00DB50A8">
        <w:t xml:space="preserve">Educate providers on the benefits of </w:t>
      </w:r>
      <w:r w:rsidR="0035191F">
        <w:t>WV PATH Portal</w:t>
      </w:r>
      <w:r w:rsidRPr="00DB50A8">
        <w:t xml:space="preserve"> accounts.</w:t>
      </w:r>
    </w:p>
    <w:p w14:paraId="21E21330" w14:textId="459411E2" w:rsidR="00086A24" w:rsidRDefault="00960391" w:rsidP="00D37BB6">
      <w:pPr>
        <w:pStyle w:val="ListParagraph"/>
        <w:numPr>
          <w:ilvl w:val="0"/>
          <w:numId w:val="13"/>
        </w:numPr>
      </w:pPr>
      <w:r>
        <w:t>Assist</w:t>
      </w:r>
      <w:r w:rsidR="007A7000">
        <w:t xml:space="preserve"> </w:t>
      </w:r>
      <w:r w:rsidR="00DC1A43">
        <w:t xml:space="preserve">new </w:t>
      </w:r>
      <w:r w:rsidR="007A7000">
        <w:t xml:space="preserve">providers with </w:t>
      </w:r>
      <w:r>
        <w:t>direct deposit setup.</w:t>
      </w:r>
    </w:p>
    <w:p w14:paraId="7906E131" w14:textId="5B68F452" w:rsidR="00086A24" w:rsidRDefault="00960391" w:rsidP="00D37BB6">
      <w:pPr>
        <w:pStyle w:val="ListParagraph"/>
        <w:numPr>
          <w:ilvl w:val="0"/>
          <w:numId w:val="13"/>
        </w:numPr>
      </w:pPr>
      <w:r>
        <w:t>Serve as liaison between providers, WV CARES, and CCR&amp;R programs.</w:t>
      </w:r>
    </w:p>
    <w:p w14:paraId="74C29AF5" w14:textId="0914838A" w:rsidR="00785A7C" w:rsidRDefault="000A5BDC" w:rsidP="00D37BB6">
      <w:pPr>
        <w:pStyle w:val="ListParagraph"/>
        <w:numPr>
          <w:ilvl w:val="0"/>
          <w:numId w:val="13"/>
        </w:numPr>
      </w:pPr>
      <w:r w:rsidRPr="000A5BDC">
        <w:t>Health and Safety Grant: Review, approve, and process grant applications, and provide support to providers by answering questions and guiding them through the application process.</w:t>
      </w:r>
    </w:p>
    <w:p w14:paraId="17F9FCF4" w14:textId="5253F282" w:rsidR="00086A24" w:rsidRDefault="00960391" w:rsidP="00D37BB6">
      <w:pPr>
        <w:pStyle w:val="ListParagraph"/>
        <w:numPr>
          <w:ilvl w:val="0"/>
          <w:numId w:val="13"/>
        </w:numPr>
      </w:pPr>
      <w:r>
        <w:t>Provide referrals and connect providers to community resources and funding opportunities.</w:t>
      </w:r>
    </w:p>
    <w:p w14:paraId="352AC080" w14:textId="022D3D4F" w:rsidR="00086A24" w:rsidRDefault="00960391" w:rsidP="00380FC5">
      <w:pPr>
        <w:pStyle w:val="ListParagraph"/>
        <w:numPr>
          <w:ilvl w:val="0"/>
          <w:numId w:val="13"/>
        </w:numPr>
      </w:pPr>
      <w:r>
        <w:t>Compile provider data and assist with reporting and tracking outcomes.</w:t>
      </w:r>
    </w:p>
    <w:p w14:paraId="4427AF77" w14:textId="29013053" w:rsidR="00086A24" w:rsidRDefault="00960391" w:rsidP="00D37BB6">
      <w:pPr>
        <w:pStyle w:val="ListParagraph"/>
        <w:numPr>
          <w:ilvl w:val="0"/>
          <w:numId w:val="13"/>
        </w:numPr>
      </w:pPr>
      <w:r>
        <w:t>Assist with provider appreciation activities and public relations efforts.</w:t>
      </w:r>
    </w:p>
    <w:p w14:paraId="41832E37" w14:textId="58BB7F0E" w:rsidR="00086A24" w:rsidRDefault="00960391" w:rsidP="00D52932">
      <w:pPr>
        <w:pStyle w:val="ListParagraph"/>
        <w:numPr>
          <w:ilvl w:val="0"/>
          <w:numId w:val="14"/>
        </w:numPr>
      </w:pPr>
      <w:r>
        <w:t>Participate in outreach events and promote CCR&amp;R services.</w:t>
      </w:r>
    </w:p>
    <w:p w14:paraId="6090C07B" w14:textId="3A0F2F9B" w:rsidR="00086A24" w:rsidRDefault="00960391" w:rsidP="00D52932">
      <w:pPr>
        <w:pStyle w:val="ListParagraph"/>
        <w:numPr>
          <w:ilvl w:val="0"/>
          <w:numId w:val="14"/>
        </w:numPr>
      </w:pPr>
      <w:r>
        <w:t xml:space="preserve">Travel within service </w:t>
      </w:r>
      <w:proofErr w:type="gramStart"/>
      <w:r w:rsidR="00041C73">
        <w:t>region</w:t>
      </w:r>
      <w:proofErr w:type="gramEnd"/>
      <w:r w:rsidR="00041C73">
        <w:t xml:space="preserve"> </w:t>
      </w:r>
      <w:r>
        <w:t>to provide in-person support as needed.</w:t>
      </w:r>
    </w:p>
    <w:p w14:paraId="2C3519FC" w14:textId="2C9CC74F" w:rsidR="00086A24" w:rsidRDefault="00960391" w:rsidP="00D52932">
      <w:pPr>
        <w:pStyle w:val="ListParagraph"/>
        <w:numPr>
          <w:ilvl w:val="0"/>
          <w:numId w:val="14"/>
        </w:numPr>
      </w:pPr>
      <w:r>
        <w:t xml:space="preserve">Attend meetings, </w:t>
      </w:r>
      <w:r w:rsidR="00041C73">
        <w:t>training</w:t>
      </w:r>
      <w:r>
        <w:t>, and webinars as required.</w:t>
      </w:r>
    </w:p>
    <w:p w14:paraId="0C329039" w14:textId="32F8F439" w:rsidR="00086A24" w:rsidRDefault="00960391" w:rsidP="00D52932">
      <w:pPr>
        <w:pStyle w:val="ListParagraph"/>
        <w:numPr>
          <w:ilvl w:val="0"/>
          <w:numId w:val="14"/>
        </w:numPr>
      </w:pPr>
      <w:r>
        <w:t>Maintain confidentiality and collaborate with team members.</w:t>
      </w:r>
    </w:p>
    <w:p w14:paraId="70C61576" w14:textId="65B99DA5" w:rsidR="00086A24" w:rsidRDefault="00960391" w:rsidP="00D52932">
      <w:pPr>
        <w:pStyle w:val="ListParagraph"/>
        <w:numPr>
          <w:ilvl w:val="0"/>
          <w:numId w:val="14"/>
        </w:numPr>
      </w:pPr>
      <w:r>
        <w:t>Perform other duties as assigned.</w:t>
      </w:r>
    </w:p>
    <w:p w14:paraId="7A323312" w14:textId="77777777" w:rsidR="00086A24" w:rsidRPr="003E33C8" w:rsidRDefault="00960391">
      <w:pPr>
        <w:rPr>
          <w:b/>
          <w:bCs/>
        </w:rPr>
      </w:pPr>
      <w:r w:rsidRPr="003E33C8">
        <w:rPr>
          <w:b/>
          <w:bCs/>
        </w:rPr>
        <w:lastRenderedPageBreak/>
        <w:t>Supervisory Responsibilities:</w:t>
      </w:r>
    </w:p>
    <w:p w14:paraId="790EB54E" w14:textId="276E3084" w:rsidR="004A2808" w:rsidRDefault="003F189C">
      <w:r>
        <w:t xml:space="preserve">This position does not have </w:t>
      </w:r>
      <w:r w:rsidR="004A2808">
        <w:t>supervisory responsibilities</w:t>
      </w:r>
    </w:p>
    <w:p w14:paraId="62327D6D" w14:textId="77777777" w:rsidR="00086A24" w:rsidRPr="003E33C8" w:rsidRDefault="00960391">
      <w:pPr>
        <w:rPr>
          <w:b/>
          <w:bCs/>
        </w:rPr>
      </w:pPr>
      <w:r w:rsidRPr="003E33C8">
        <w:rPr>
          <w:b/>
          <w:bCs/>
        </w:rPr>
        <w:t>Competencies:</w:t>
      </w:r>
    </w:p>
    <w:p w14:paraId="6AC07E19" w14:textId="77777777" w:rsidR="00020804" w:rsidRDefault="00020804" w:rsidP="00020804">
      <w:r>
        <w:t>To perform the job successfully, an individual should demonstrate the following competencies:</w:t>
      </w:r>
    </w:p>
    <w:p w14:paraId="75B27985" w14:textId="253974B1" w:rsidR="00020804" w:rsidRDefault="00020804" w:rsidP="00D52932">
      <w:pPr>
        <w:pStyle w:val="ListParagraph"/>
        <w:numPr>
          <w:ilvl w:val="0"/>
          <w:numId w:val="15"/>
        </w:numPr>
      </w:pPr>
      <w:r>
        <w:t xml:space="preserve">Quantity - Completes work in a timely manner; </w:t>
      </w:r>
      <w:r w:rsidR="00041C73">
        <w:t>work</w:t>
      </w:r>
      <w:r>
        <w:t xml:space="preserve"> quickly.</w:t>
      </w:r>
    </w:p>
    <w:p w14:paraId="5AECC77F" w14:textId="4412D58A" w:rsidR="00020804" w:rsidRDefault="00020804" w:rsidP="00D52932">
      <w:pPr>
        <w:pStyle w:val="ListParagraph"/>
        <w:numPr>
          <w:ilvl w:val="0"/>
          <w:numId w:val="15"/>
        </w:numPr>
      </w:pPr>
      <w:r>
        <w:t xml:space="preserve">Safety and Security - Observes safety and security procedures; </w:t>
      </w:r>
      <w:r w:rsidR="00041C73">
        <w:t>reports on</w:t>
      </w:r>
      <w:r>
        <w:t xml:space="preserve"> potentially unsafe conditions; uses equipment and materials properly.</w:t>
      </w:r>
    </w:p>
    <w:p w14:paraId="48AE276E" w14:textId="6360DA1B" w:rsidR="00020804" w:rsidRDefault="00020804" w:rsidP="00D52932">
      <w:pPr>
        <w:pStyle w:val="ListParagraph"/>
        <w:numPr>
          <w:ilvl w:val="0"/>
          <w:numId w:val="15"/>
        </w:numPr>
      </w:pPr>
      <w:r>
        <w:t>Attendance/Punctuality - Is consistently at work when scheduled and on time.</w:t>
      </w:r>
    </w:p>
    <w:p w14:paraId="5C2B8E10" w14:textId="62BCAF65" w:rsidR="00020804" w:rsidRDefault="00020804" w:rsidP="00D52932">
      <w:pPr>
        <w:pStyle w:val="ListParagraph"/>
        <w:numPr>
          <w:ilvl w:val="0"/>
          <w:numId w:val="15"/>
        </w:numPr>
      </w:pPr>
      <w:r>
        <w:t>Dependability - Follows instructions, responds to management direction.</w:t>
      </w:r>
    </w:p>
    <w:p w14:paraId="0DF5D342" w14:textId="0662F146" w:rsidR="00020804" w:rsidRDefault="00020804" w:rsidP="00D52932">
      <w:pPr>
        <w:pStyle w:val="ListParagraph"/>
        <w:numPr>
          <w:ilvl w:val="0"/>
          <w:numId w:val="15"/>
        </w:numPr>
      </w:pPr>
      <w:r>
        <w:t>Empathy – Values the feelings of others to ensure pleasant workplace relationships and customer satisfaction.</w:t>
      </w:r>
    </w:p>
    <w:p w14:paraId="46C43D90" w14:textId="2472DBF1" w:rsidR="00086A24" w:rsidRDefault="00020804" w:rsidP="00D52932">
      <w:pPr>
        <w:pStyle w:val="ListParagraph"/>
        <w:numPr>
          <w:ilvl w:val="0"/>
          <w:numId w:val="15"/>
        </w:numPr>
      </w:pPr>
      <w:r>
        <w:t>Teamwork – Go above and beyond your essential task and collaborate with colleagues to achieve agency goals and results.</w:t>
      </w:r>
    </w:p>
    <w:p w14:paraId="717AA071" w14:textId="77777777" w:rsidR="00086A24" w:rsidRPr="00020804" w:rsidRDefault="00960391">
      <w:pPr>
        <w:rPr>
          <w:b/>
          <w:bCs/>
        </w:rPr>
      </w:pPr>
      <w:r w:rsidRPr="00020804">
        <w:rPr>
          <w:b/>
          <w:bCs/>
        </w:rPr>
        <w:t>Core Values:</w:t>
      </w:r>
    </w:p>
    <w:p w14:paraId="44BD2D75" w14:textId="08920119" w:rsidR="00053328" w:rsidRDefault="00053328" w:rsidP="00053328">
      <w:r>
        <w:t xml:space="preserve">To perform this job successfully, you must adhere to the </w:t>
      </w:r>
      <w:r w:rsidR="00041C73">
        <w:t>agencies’</w:t>
      </w:r>
      <w:r>
        <w:t xml:space="preserve"> core values:</w:t>
      </w:r>
    </w:p>
    <w:p w14:paraId="75CCDC7E" w14:textId="77777777" w:rsidR="00AD453C" w:rsidRDefault="00AD453C" w:rsidP="00D52932">
      <w:pPr>
        <w:pStyle w:val="ListParagraph"/>
        <w:numPr>
          <w:ilvl w:val="0"/>
          <w:numId w:val="16"/>
        </w:numPr>
        <w:sectPr w:rsidR="00AD453C" w:rsidSect="00034616">
          <w:pgSz w:w="12240" w:h="15840"/>
          <w:pgMar w:top="1440" w:right="1800" w:bottom="1440" w:left="1800" w:header="720" w:footer="720" w:gutter="0"/>
          <w:cols w:space="720"/>
          <w:docGrid w:linePitch="360"/>
        </w:sectPr>
      </w:pPr>
    </w:p>
    <w:p w14:paraId="25BAA614" w14:textId="77777777" w:rsidR="00F619D6" w:rsidRDefault="00053328" w:rsidP="00D52932">
      <w:pPr>
        <w:pStyle w:val="ListParagraph"/>
        <w:numPr>
          <w:ilvl w:val="0"/>
          <w:numId w:val="16"/>
        </w:numPr>
      </w:pPr>
      <w:r>
        <w:t>Empathy/Compassion</w:t>
      </w:r>
    </w:p>
    <w:p w14:paraId="03B2EB48" w14:textId="45B974F3" w:rsidR="00AD453C" w:rsidRDefault="000B0355" w:rsidP="00D52932">
      <w:pPr>
        <w:pStyle w:val="ListParagraph"/>
        <w:numPr>
          <w:ilvl w:val="0"/>
          <w:numId w:val="16"/>
        </w:numPr>
      </w:pPr>
      <w:r>
        <w:t>Teamwork</w:t>
      </w:r>
    </w:p>
    <w:p w14:paraId="138A9E76" w14:textId="54BD3E19" w:rsidR="00DC50A7" w:rsidRDefault="00053328" w:rsidP="00D52932">
      <w:pPr>
        <w:pStyle w:val="ListParagraph"/>
        <w:numPr>
          <w:ilvl w:val="0"/>
          <w:numId w:val="16"/>
        </w:numPr>
      </w:pPr>
      <w:r>
        <w:t xml:space="preserve"> </w:t>
      </w:r>
      <w:r w:rsidR="000B0355">
        <w:t>E</w:t>
      </w:r>
      <w:r w:rsidR="00041C73">
        <w:t>quality</w:t>
      </w:r>
      <w:r>
        <w:tab/>
      </w:r>
    </w:p>
    <w:p w14:paraId="64418462" w14:textId="76C77BA5" w:rsidR="00AD453C" w:rsidRDefault="00041C73" w:rsidP="00D52932">
      <w:pPr>
        <w:pStyle w:val="ListParagraph"/>
        <w:numPr>
          <w:ilvl w:val="0"/>
          <w:numId w:val="16"/>
        </w:numPr>
      </w:pPr>
      <w:r>
        <w:t>Respect</w:t>
      </w:r>
    </w:p>
    <w:p w14:paraId="0DAF243A" w14:textId="1339A07A" w:rsidR="0009248B" w:rsidRDefault="00041C73" w:rsidP="00D52932">
      <w:pPr>
        <w:pStyle w:val="ListParagraph"/>
        <w:numPr>
          <w:ilvl w:val="0"/>
          <w:numId w:val="16"/>
        </w:numPr>
      </w:pPr>
      <w:r>
        <w:t>Inclusiveness</w:t>
      </w:r>
    </w:p>
    <w:p w14:paraId="5AC796DE" w14:textId="2C95A256" w:rsidR="0009248B" w:rsidRDefault="003D253F" w:rsidP="00D52932">
      <w:pPr>
        <w:pStyle w:val="ListParagraph"/>
        <w:numPr>
          <w:ilvl w:val="0"/>
          <w:numId w:val="16"/>
        </w:numPr>
      </w:pPr>
      <w:r>
        <w:t xml:space="preserve"> </w:t>
      </w:r>
      <w:r w:rsidR="00041C73">
        <w:t>Considerate</w:t>
      </w:r>
    </w:p>
    <w:p w14:paraId="073F898C" w14:textId="77777777" w:rsidR="0009248B" w:rsidRDefault="003D253F" w:rsidP="00D52932">
      <w:pPr>
        <w:pStyle w:val="ListParagraph"/>
        <w:numPr>
          <w:ilvl w:val="0"/>
          <w:numId w:val="16"/>
        </w:numPr>
      </w:pPr>
      <w:r>
        <w:t xml:space="preserve"> </w:t>
      </w:r>
      <w:r w:rsidR="00053328">
        <w:t>Innovation</w:t>
      </w:r>
    </w:p>
    <w:p w14:paraId="63E15016" w14:textId="0CF49521" w:rsidR="00086A24" w:rsidRDefault="003D253F" w:rsidP="00D52932">
      <w:pPr>
        <w:pStyle w:val="ListParagraph"/>
        <w:numPr>
          <w:ilvl w:val="0"/>
          <w:numId w:val="16"/>
        </w:numPr>
      </w:pPr>
      <w:r>
        <w:t xml:space="preserve">  </w:t>
      </w:r>
      <w:r w:rsidR="00041C73">
        <w:t>Ethics</w:t>
      </w:r>
    </w:p>
    <w:p w14:paraId="4F33C0CA" w14:textId="77777777" w:rsidR="00AD453C" w:rsidRDefault="00AD453C">
      <w:pPr>
        <w:rPr>
          <w:b/>
          <w:bCs/>
        </w:rPr>
        <w:sectPr w:rsidR="00AD453C" w:rsidSect="00AD453C">
          <w:type w:val="continuous"/>
          <w:pgSz w:w="12240" w:h="15840"/>
          <w:pgMar w:top="1440" w:right="1800" w:bottom="1440" w:left="1800" w:header="720" w:footer="720" w:gutter="0"/>
          <w:cols w:num="2" w:space="720"/>
          <w:docGrid w:linePitch="360"/>
        </w:sectPr>
      </w:pPr>
    </w:p>
    <w:p w14:paraId="55CA403F" w14:textId="77777777" w:rsidR="00086A24" w:rsidRPr="00E77FFB" w:rsidRDefault="00960391">
      <w:pPr>
        <w:rPr>
          <w:b/>
          <w:bCs/>
        </w:rPr>
      </w:pPr>
      <w:r w:rsidRPr="00E77FFB">
        <w:rPr>
          <w:b/>
          <w:bCs/>
        </w:rPr>
        <w:t>Qualifications:</w:t>
      </w:r>
    </w:p>
    <w:p w14:paraId="44648B31" w14:textId="293A82AF" w:rsidR="00086A24" w:rsidRDefault="00E77FFB">
      <w:r w:rsidRPr="00E77FFB">
        <w:t xml:space="preserve">To perform this job successfully, an individual must be able to perform each essential duty satisfactorily. The requirements described are representative of the knowledge, skill, and/or ability required.  Some computer skills include knowledge of Microsoft Word, </w:t>
      </w:r>
      <w:r>
        <w:t>PATH</w:t>
      </w:r>
      <w:r w:rsidRPr="00E77FFB">
        <w:t>, and Excel. Excellent telephone skills, and ability to use office equipment.  Must have good recall memory, organizational and listening skills. Good communication skills and experience with adult learners.</w:t>
      </w:r>
    </w:p>
    <w:p w14:paraId="603CAF84" w14:textId="77777777" w:rsidR="00086A24" w:rsidRPr="00E77FFB" w:rsidRDefault="00960391">
      <w:pPr>
        <w:rPr>
          <w:b/>
          <w:bCs/>
        </w:rPr>
      </w:pPr>
      <w:r w:rsidRPr="00E77FFB">
        <w:rPr>
          <w:b/>
          <w:bCs/>
        </w:rPr>
        <w:t>Education and/or Experience:</w:t>
      </w:r>
    </w:p>
    <w:p w14:paraId="4C81C236" w14:textId="77777777" w:rsidR="00635F6B" w:rsidRDefault="00635F6B" w:rsidP="00635F6B">
      <w:r>
        <w:t xml:space="preserve">Bachelor’s degree in human services or related field or early care and education or child development.  Related fields include social work, sociology, psychology, counseling, interpersonal communications, elementary or special education, and behavioral science. </w:t>
      </w:r>
    </w:p>
    <w:p w14:paraId="37101BC3" w14:textId="43289DC6" w:rsidR="00086A24" w:rsidRDefault="00635F6B" w:rsidP="00635F6B">
      <w:r>
        <w:t>Must have valid West Virginia driver’s license; clear criminal background and APS/CPS check must be bondable.</w:t>
      </w:r>
    </w:p>
    <w:p w14:paraId="0005E20F" w14:textId="77777777" w:rsidR="00086A24" w:rsidRDefault="00960391">
      <w:pPr>
        <w:rPr>
          <w:b/>
          <w:bCs/>
        </w:rPr>
      </w:pPr>
      <w:r w:rsidRPr="00635F6B">
        <w:rPr>
          <w:b/>
          <w:bCs/>
        </w:rPr>
        <w:t>Language Skills:</w:t>
      </w:r>
    </w:p>
    <w:p w14:paraId="3A3937B8" w14:textId="0A433D06" w:rsidR="005B72BA" w:rsidRPr="005B72BA" w:rsidRDefault="005B72BA">
      <w:pPr>
        <w:rPr>
          <w:b/>
          <w:bCs/>
        </w:rPr>
      </w:pPr>
      <w:r w:rsidRPr="005B72BA">
        <w:lastRenderedPageBreak/>
        <w:t xml:space="preserve">Ability to write reports and business correspondence.  Ability to effectively present </w:t>
      </w:r>
      <w:r w:rsidRPr="00CF1C73">
        <w:t xml:space="preserve">information and respond to questions </w:t>
      </w:r>
      <w:r w:rsidR="00CF1C73" w:rsidRPr="00CF1C73">
        <w:t>from</w:t>
      </w:r>
      <w:r w:rsidRPr="00CF1C73">
        <w:t xml:space="preserve"> clients, customers, and the public.</w:t>
      </w:r>
    </w:p>
    <w:p w14:paraId="298232F3" w14:textId="77777777" w:rsidR="00086A24" w:rsidRPr="005B72BA" w:rsidRDefault="00960391">
      <w:pPr>
        <w:rPr>
          <w:b/>
          <w:bCs/>
        </w:rPr>
      </w:pPr>
      <w:r w:rsidRPr="005B72BA">
        <w:rPr>
          <w:b/>
          <w:bCs/>
        </w:rPr>
        <w:t>Physical Demands:</w:t>
      </w:r>
    </w:p>
    <w:p w14:paraId="4FF5E949" w14:textId="21FC1FDE" w:rsidR="00086A24" w:rsidRDefault="004A7F03">
      <w:r w:rsidRPr="004A7F03">
        <w:t>The physical demands described here are representative of those that must be met by an employee to successfully perform the essential functions of this job. Reasonable accommodation may be made to enable individuals with disabilities to perform the essential functions</w:t>
      </w:r>
      <w:r w:rsidR="00872F06">
        <w:t>.</w:t>
      </w:r>
    </w:p>
    <w:p w14:paraId="41A55E33" w14:textId="2978F016" w:rsidR="00872F06" w:rsidRDefault="00872F06">
      <w:r w:rsidRPr="00872F06">
        <w:t xml:space="preserve">While performing the duties of this job, the employee is regularly required to stand. The employee is frequently required to sit, reach, hear and talk.  The employee may occasionally lift and/or move up to 25 pounds.  </w:t>
      </w:r>
    </w:p>
    <w:p w14:paraId="280378BB" w14:textId="77777777" w:rsidR="00086A24" w:rsidRPr="004A7F03" w:rsidRDefault="00960391">
      <w:pPr>
        <w:rPr>
          <w:b/>
          <w:bCs/>
        </w:rPr>
      </w:pPr>
      <w:r w:rsidRPr="004A7F03">
        <w:rPr>
          <w:b/>
          <w:bCs/>
        </w:rPr>
        <w:t>Work Environment:</w:t>
      </w:r>
    </w:p>
    <w:p w14:paraId="073614BE" w14:textId="2F116794" w:rsidR="00086A24" w:rsidRDefault="00CF1C73">
      <w:r w:rsidRPr="00CF1C73">
        <w:t>The noise level in the work environment is usually quiet with the inside temperature in offices kept at a comfortable level of 70 degrees</w:t>
      </w:r>
    </w:p>
    <w:p w14:paraId="7A1342E0" w14:textId="77777777" w:rsidR="00DF5E94" w:rsidRDefault="00DF5E94"/>
    <w:p w14:paraId="30D19C84" w14:textId="77777777" w:rsidR="00DF5E94" w:rsidRDefault="00DF5E94"/>
    <w:p w14:paraId="47325057" w14:textId="77777777" w:rsidR="00DF5E94" w:rsidRDefault="00DF5E94"/>
    <w:p w14:paraId="0671F1F8" w14:textId="260D2363" w:rsidR="00DF5E94" w:rsidRPr="00DF5E94" w:rsidRDefault="00DF5E94">
      <w:pPr>
        <w:rPr>
          <w:sz w:val="16"/>
          <w:szCs w:val="16"/>
        </w:rPr>
      </w:pPr>
      <w:r w:rsidRPr="00DF5E94">
        <w:rPr>
          <w:sz w:val="16"/>
          <w:szCs w:val="16"/>
        </w:rPr>
        <w:t>de:6/26</w:t>
      </w:r>
    </w:p>
    <w:p w14:paraId="701EB5A0" w14:textId="77777777" w:rsidR="00CF1C73" w:rsidRDefault="00CF1C73"/>
    <w:p w14:paraId="5C1F92C2" w14:textId="77777777" w:rsidR="00086A24" w:rsidRDefault="00086A24"/>
    <w:p w14:paraId="66F57204" w14:textId="77777777" w:rsidR="00CF1C73" w:rsidRDefault="00CF1C73"/>
    <w:sectPr w:rsidR="00CF1C73" w:rsidSect="00AD453C">
      <w:type w:val="continuous"/>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5843885"/>
    <w:multiLevelType w:val="hybridMultilevel"/>
    <w:tmpl w:val="BE404CB0"/>
    <w:lvl w:ilvl="0" w:tplc="04090001">
      <w:start w:val="1"/>
      <w:numFmt w:val="bullet"/>
      <w:lvlText w:val=""/>
      <w:lvlJc w:val="left"/>
      <w:pPr>
        <w:ind w:left="1080" w:hanging="360"/>
      </w:pPr>
      <w:rPr>
        <w:rFonts w:ascii="Symbol" w:hAnsi="Symbol" w:hint="default"/>
      </w:rPr>
    </w:lvl>
    <w:lvl w:ilvl="1" w:tplc="5170C1E4">
      <w:numFmt w:val="bullet"/>
      <w:lvlText w:val="-"/>
      <w:lvlJc w:val="left"/>
      <w:pPr>
        <w:ind w:left="1800" w:hanging="360"/>
      </w:pPr>
      <w:rPr>
        <w:rFonts w:ascii="Cambria" w:eastAsiaTheme="minorEastAsia" w:hAnsi="Cambria" w:cstheme="minorBidi" w:hint="default"/>
      </w:rPr>
    </w:lvl>
    <w:lvl w:ilvl="2" w:tplc="631EE1BC">
      <w:numFmt w:val="bullet"/>
      <w:lvlText w:val="•"/>
      <w:lvlJc w:val="left"/>
      <w:pPr>
        <w:ind w:left="2520" w:hanging="360"/>
      </w:pPr>
      <w:rPr>
        <w:rFonts w:ascii="Cambria" w:eastAsiaTheme="minorEastAsia" w:hAnsi="Cambria" w:cstheme="minorBidi"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48F71D3"/>
    <w:multiLevelType w:val="hybridMultilevel"/>
    <w:tmpl w:val="DF6499FA"/>
    <w:lvl w:ilvl="0" w:tplc="E3027078">
      <w:numFmt w:val="bullet"/>
      <w:lvlText w:val="-"/>
      <w:lvlJc w:val="left"/>
      <w:pPr>
        <w:ind w:left="1080" w:hanging="360"/>
      </w:pPr>
      <w:rPr>
        <w:rFonts w:ascii="Cambria" w:eastAsiaTheme="minorEastAsia" w:hAnsi="Cambria"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86474A6"/>
    <w:multiLevelType w:val="hybridMultilevel"/>
    <w:tmpl w:val="A468BF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71A4816"/>
    <w:multiLevelType w:val="hybridMultilevel"/>
    <w:tmpl w:val="6A780C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3042B2"/>
    <w:multiLevelType w:val="hybridMultilevel"/>
    <w:tmpl w:val="E80A68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A877CB4"/>
    <w:multiLevelType w:val="hybridMultilevel"/>
    <w:tmpl w:val="D4C88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BB80986"/>
    <w:multiLevelType w:val="hybridMultilevel"/>
    <w:tmpl w:val="319C9B68"/>
    <w:lvl w:ilvl="0" w:tplc="E302707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0913211">
    <w:abstractNumId w:val="8"/>
  </w:num>
  <w:num w:numId="2" w16cid:durableId="594745643">
    <w:abstractNumId w:val="6"/>
  </w:num>
  <w:num w:numId="3" w16cid:durableId="473061273">
    <w:abstractNumId w:val="5"/>
  </w:num>
  <w:num w:numId="4" w16cid:durableId="911043433">
    <w:abstractNumId w:val="4"/>
  </w:num>
  <w:num w:numId="5" w16cid:durableId="898322546">
    <w:abstractNumId w:val="7"/>
  </w:num>
  <w:num w:numId="6" w16cid:durableId="143008500">
    <w:abstractNumId w:val="3"/>
  </w:num>
  <w:num w:numId="7" w16cid:durableId="551114046">
    <w:abstractNumId w:val="2"/>
  </w:num>
  <w:num w:numId="8" w16cid:durableId="1380587222">
    <w:abstractNumId w:val="1"/>
  </w:num>
  <w:num w:numId="9" w16cid:durableId="1199927825">
    <w:abstractNumId w:val="0"/>
  </w:num>
  <w:num w:numId="10" w16cid:durableId="892350255">
    <w:abstractNumId w:val="14"/>
  </w:num>
  <w:num w:numId="11" w16cid:durableId="1727607049">
    <w:abstractNumId w:val="15"/>
  </w:num>
  <w:num w:numId="12" w16cid:durableId="548808773">
    <w:abstractNumId w:val="10"/>
  </w:num>
  <w:num w:numId="13" w16cid:durableId="1571571976">
    <w:abstractNumId w:val="9"/>
  </w:num>
  <w:num w:numId="14" w16cid:durableId="1507330944">
    <w:abstractNumId w:val="13"/>
  </w:num>
  <w:num w:numId="15" w16cid:durableId="205991290">
    <w:abstractNumId w:val="12"/>
  </w:num>
  <w:num w:numId="16" w16cid:durableId="122421999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20804"/>
    <w:rsid w:val="00034616"/>
    <w:rsid w:val="00041C73"/>
    <w:rsid w:val="00053328"/>
    <w:rsid w:val="0006063C"/>
    <w:rsid w:val="00086A24"/>
    <w:rsid w:val="0009248B"/>
    <w:rsid w:val="000A5BDC"/>
    <w:rsid w:val="000B0355"/>
    <w:rsid w:val="000D3D58"/>
    <w:rsid w:val="0015074B"/>
    <w:rsid w:val="00176CC4"/>
    <w:rsid w:val="001C64FC"/>
    <w:rsid w:val="0029639D"/>
    <w:rsid w:val="00326F90"/>
    <w:rsid w:val="0035191F"/>
    <w:rsid w:val="00380FC5"/>
    <w:rsid w:val="003D253F"/>
    <w:rsid w:val="003E33C8"/>
    <w:rsid w:val="003F189C"/>
    <w:rsid w:val="004A2808"/>
    <w:rsid w:val="004A7F03"/>
    <w:rsid w:val="004D4598"/>
    <w:rsid w:val="00573C18"/>
    <w:rsid w:val="005B72BA"/>
    <w:rsid w:val="00635F6B"/>
    <w:rsid w:val="00773AE5"/>
    <w:rsid w:val="00785A7C"/>
    <w:rsid w:val="007A7000"/>
    <w:rsid w:val="00872F06"/>
    <w:rsid w:val="00AA1D8D"/>
    <w:rsid w:val="00AD453C"/>
    <w:rsid w:val="00B47730"/>
    <w:rsid w:val="00B85B06"/>
    <w:rsid w:val="00BC1891"/>
    <w:rsid w:val="00C939F2"/>
    <w:rsid w:val="00CB0664"/>
    <w:rsid w:val="00CF1C73"/>
    <w:rsid w:val="00D37BB6"/>
    <w:rsid w:val="00D52932"/>
    <w:rsid w:val="00DB50A8"/>
    <w:rsid w:val="00DC1A43"/>
    <w:rsid w:val="00DC50A7"/>
    <w:rsid w:val="00DD4934"/>
    <w:rsid w:val="00DF5E94"/>
    <w:rsid w:val="00E77FFB"/>
    <w:rsid w:val="00F03CAA"/>
    <w:rsid w:val="00F619D6"/>
    <w:rsid w:val="00FB48E6"/>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062061"/>
  <w14:defaultImageDpi w14:val="300"/>
  <w15:docId w15:val="{05667DEE-067A-49CB-8725-A96D55467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1BB1DAC5FCC284CB05DC70FCB2FE883" ma:contentTypeVersion="5" ma:contentTypeDescription="Create a new document." ma:contentTypeScope="" ma:versionID="f2df3e84ad630eb19cf0423f0e15292d">
  <xsd:schema xmlns:xsd="http://www.w3.org/2001/XMLSchema" xmlns:xs="http://www.w3.org/2001/XMLSchema" xmlns:p="http://schemas.microsoft.com/office/2006/metadata/properties" xmlns:ns2="f59f6cd9-c44f-4716-80cd-b2211c732e9b" targetNamespace="http://schemas.microsoft.com/office/2006/metadata/properties" ma:root="true" ma:fieldsID="adbd1ce4e89dda4a7e9e491e1cbb5333" ns2:_="">
    <xsd:import namespace="f59f6cd9-c44f-4716-80cd-b2211c732e9b"/>
    <xsd:element name="properties">
      <xsd:complexType>
        <xsd:sequence>
          <xsd:element name="documentManagement">
            <xsd:complexType>
              <xsd:all>
                <xsd:element ref="ns2:Description" minOccurs="0"/>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9f6cd9-c44f-4716-80cd-b2211c732e9b" elementFormDefault="qualified">
    <xsd:import namespace="http://schemas.microsoft.com/office/2006/documentManagement/types"/>
    <xsd:import namespace="http://schemas.microsoft.com/office/infopath/2007/PartnerControls"/>
    <xsd:element name="Description" ma:index="8" nillable="true" ma:displayName="Description" ma:description="Additional Information about document" ma:format="Dropdown" ma:internalName="Description">
      <xsd:simpleType>
        <xsd:restriction base="dms:Note">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escription xmlns="f59f6cd9-c44f-4716-80cd-b2211c732e9b" xsi:nil="true"/>
  </documentManagement>
</p:properties>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customXml/itemProps2.xml><?xml version="1.0" encoding="utf-8"?>
<ds:datastoreItem xmlns:ds="http://schemas.openxmlformats.org/officeDocument/2006/customXml" ds:itemID="{9F856C56-7D85-48DE-9E26-F9EEF3D03150}"/>
</file>

<file path=customXml/itemProps3.xml><?xml version="1.0" encoding="utf-8"?>
<ds:datastoreItem xmlns:ds="http://schemas.openxmlformats.org/officeDocument/2006/customXml" ds:itemID="{050E2294-5562-4B5B-A018-5C300FC7E093}"/>
</file>

<file path=customXml/itemProps4.xml><?xml version="1.0" encoding="utf-8"?>
<ds:datastoreItem xmlns:ds="http://schemas.openxmlformats.org/officeDocument/2006/customXml" ds:itemID="{72F36831-4C84-42B3-8B0D-69A31BBA7D98}"/>
</file>

<file path=docProps/app.xml><?xml version="1.0" encoding="utf-8"?>
<Properties xmlns="http://schemas.openxmlformats.org/officeDocument/2006/extended-properties" xmlns:vt="http://schemas.openxmlformats.org/officeDocument/2006/docPropsVTypes">
  <Template>Normal</Template>
  <TotalTime>1261</TotalTime>
  <Pages>3</Pages>
  <Words>632</Words>
  <Characters>4090</Characters>
  <Application>Microsoft Office Word</Application>
  <DocSecurity>0</DocSecurity>
  <Lines>92</Lines>
  <Paragraphs>71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Donna England</cp:lastModifiedBy>
  <cp:revision>38</cp:revision>
  <dcterms:created xsi:type="dcterms:W3CDTF">2013-12-23T23:15:00Z</dcterms:created>
  <dcterms:modified xsi:type="dcterms:W3CDTF">2026-06-23T20:39:00Z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0x01010021BB1DAC5FCC284CB05DC70FCB2FE883</vt:lpwstr>
  </property>
</Properties>
</file>